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What to Expect During a Digitory Photo Inventory</w:t>
      </w:r>
    </w:p>
    <w:p>
      <w:pPr>
        <w:jc w:val="center"/>
      </w:pPr>
      <w:r>
        <w:rPr>
          <w:sz w:val="18"/>
        </w:rPr>
        <w:t>Digitory Solutions, Inc. | 2118 Sawmill River Rd, Yorktown Heights, NY 10598 | (914) 302-1049</w:t>
      </w:r>
    </w:p>
    <w:p/>
    <w:p>
      <w:pPr>
        <w:pStyle w:val="Heading2"/>
      </w:pPr>
      <w:r>
        <w:t>What Is a Digitory Photo Inventory?</w:t>
      </w:r>
    </w:p>
    <w:p>
      <w:r>
        <w:t>A Digitory Photo Inventory is a room-by-room documentation of every personal-property item in a home or business. Our specialists capture each item, identify it with industry-appropriate terminology, note its condition, and assign a current Replacement Cost Value supported by a retail source.</w:t>
      </w:r>
    </w:p>
    <w:p>
      <w:pPr>
        <w:pStyle w:val="Heading2"/>
      </w:pPr>
      <w:r>
        <w:t>Before the Inventory</w:t>
      </w:r>
    </w:p>
    <w:p>
      <w:pPr>
        <w:pStyle w:val="ListBullet"/>
      </w:pPr>
      <w:r>
        <w:t>Schedule a convenient time; most residential inventories are completed in a single visit.</w:t>
      </w:r>
    </w:p>
    <w:p>
      <w:pPr>
        <w:pStyle w:val="ListBullet"/>
      </w:pPr>
      <w:r>
        <w:t>Gather any receipts, warranties, or prior inventories you may have—helpful but not required.</w:t>
      </w:r>
    </w:p>
    <w:p>
      <w:pPr>
        <w:pStyle w:val="ListBullet"/>
      </w:pPr>
      <w:r>
        <w:t>Make sure rooms are accessible and, when possible, safe to enter.</w:t>
      </w:r>
    </w:p>
    <w:p>
      <w:pPr>
        <w:pStyle w:val="ListBullet"/>
      </w:pPr>
      <w:r>
        <w:t>Let us know about any high-value items, collections, antiques, or sensitive areas in advance.</w:t>
      </w:r>
    </w:p>
    <w:p>
      <w:pPr>
        <w:pStyle w:val="Heading2"/>
      </w:pPr>
      <w:r>
        <w:t>During the Inventory</w:t>
      </w:r>
    </w:p>
    <w:p>
      <w:pPr>
        <w:pStyle w:val="ListBullet"/>
      </w:pPr>
      <w:r>
        <w:t>We work room by room, moving clockwise to avoid missing items.</w:t>
      </w:r>
    </w:p>
    <w:p>
      <w:pPr>
        <w:pStyle w:val="ListBullet"/>
      </w:pPr>
      <w:r>
        <w:t>Every item is recorded, from major furnishings to small household goods.</w:t>
      </w:r>
    </w:p>
    <w:p>
      <w:pPr>
        <w:pStyle w:val="ListBullet"/>
      </w:pPr>
      <w:r>
        <w:t>We photograph items and note make, model, brand, dimensions, materials, and condition when visible.</w:t>
      </w:r>
    </w:p>
    <w:p>
      <w:pPr>
        <w:pStyle w:val="ListBullet"/>
      </w:pPr>
      <w:r>
        <w:t>We respect your privacy and property; we do not open locked areas without permission.</w:t>
      </w:r>
    </w:p>
    <w:p>
      <w:pPr>
        <w:pStyle w:val="ListBullet"/>
      </w:pPr>
      <w:r>
        <w:t>For damaged or unsafe scenes, we follow proper safety protocols and coordinate with your adjuster.</w:t>
      </w:r>
    </w:p>
    <w:p>
      <w:pPr>
        <w:pStyle w:val="Heading2"/>
      </w:pPr>
      <w:r>
        <w:t>After the Inventory</w:t>
      </w:r>
    </w:p>
    <w:p>
      <w:pPr>
        <w:pStyle w:val="ListBullet"/>
      </w:pPr>
      <w:r>
        <w:t>We build a structured Excel workbook with descriptions, quantities, RCV, and substantiating URLs.</w:t>
      </w:r>
    </w:p>
    <w:p>
      <w:pPr>
        <w:pStyle w:val="ListBullet"/>
      </w:pPr>
      <w:r>
        <w:t>You receive a draft for review and can add missing items or correct details.</w:t>
      </w:r>
    </w:p>
    <w:p>
      <w:pPr>
        <w:pStyle w:val="ListBullet"/>
      </w:pPr>
      <w:r>
        <w:t>Final reports are formatted for submission to the insurer, adjuster, or attorney.</w:t>
      </w:r>
    </w:p>
    <w:p>
      <w:pPr>
        <w:pStyle w:val="ListBullet"/>
      </w:pPr>
      <w:r>
        <w:t>Optional ACV calculations and depreciation notes can be included.</w:t>
      </w:r>
    </w:p>
    <w:p>
      <w:pPr>
        <w:pStyle w:val="Heading2"/>
      </w:pPr>
      <w:r>
        <w:t>Pricing and Valuation Standards</w:t>
      </w:r>
    </w:p>
    <w:p>
      <w:r>
        <w:t>Our valuations reflect current full retail prices—MSRP, SRP, or list price—not sale or clearance prices. For discontinued items, we use the current replacement model. For obsolete technology, we substitute the current equivalent and note the reason.</w:t>
      </w:r>
    </w:p>
    <w:p>
      <w:pPr>
        <w:pStyle w:val="Heading2"/>
      </w:pPr>
      <w:r>
        <w:t>Preparing for the Visit</w:t>
      </w:r>
    </w:p>
    <w:p>
      <w:r>
        <w:t>No special preparation is needed, but grouping small items and ensuring access to attics, basements, garages, and storage areas helps us capture the full scope of your property. If you have pets, please secure them for everyone’s safety.</w:t>
      </w:r>
    </w:p>
    <w:p>
      <w:pPr>
        <w:pStyle w:val="Heading2"/>
      </w:pPr>
      <w:r>
        <w:t>Questions?</w:t>
      </w:r>
    </w:p>
    <w:p>
      <w:r>
        <w:t>Contact Digitory Solutions at contact@digitorysolutions.com or (914) 302-1049 to schedule a photo inventory or ask about our remote and hybrid documentation options.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